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 וגש״ר מאח״ד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צעדי עש״ן ד״ק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ערוצי גש״ר מאח״ד להתמודדות אחרי טעות או אכזבה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נבונה בקניות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משחררים את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לשאול את עצמי מה חשוב לי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לעצור, לנשום ולשאול מה חשוב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כדי לגרום לקנות מהר בלי 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עוזר כשמתמודדים עם אכזבה או טעות, לא רק בקנייה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תחת הערוץ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להתבאס ולומר אני מאוכזב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מה שכתוב בערוץ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תפקיד ערוץ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מדמיינים את הקנייה הבאה, הפעם בתכנון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קנינו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ערוצי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(שותים מים ונושמים)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(חושבים מה אפשר לעשות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(אומרים אני מאוכזב)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(טעות היא שיעור לפעם הבאה)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(מספרים להורה או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(מדמיינים את הקנייה הבאה בתכנון)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צעדי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את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עושים דיבור עצמי ושואלים מה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קדימה עם החלטה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– מה הייתי עושה?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מצב אישי ומסביר שימוש בלפחות שני צעדים מעש״ן ד״ק (לדוגמה: עצרתי, נשמתי, שאלתי את עצמי מה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בוחר ערוץ אחד (גוף/שכל/רגש/אמונה/חברה/דמיון) ומסביר כיצד הוא עוזר במצב של חרטה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עוצרים, משחררים, נושמים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ערוץ נכון עם הסבר מתאים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לחשוב אם זה באמת חשוב וכדי לא להתחרט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חמשת הצעדים של עש״ן ד״ק בתנועה אמיתית בכיתה, כולל נשימה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אישית קצרה של המורה לפני בקשה מהתלמידים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להשמיט את הפריטים המסומנים ולהתמקד בזיהוי בסיסי של הצעדים והערוצים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 וגש״ר מאח״ד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כשרוצים לקנות משהו בחנות, טוב לעצור רגע ולחשוב לפני שמוציאים כסף. יש שיטה שעוזרת לעצור ולחשוב, ושיטה אחרת שעוזרת אם כבר קנינו וטעינו.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הראשונה בעש״ן ד״ק ומה פירושה?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 –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 –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 –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 – 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בצעד ש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משחררים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בצעד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 עמוק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נוסעים לקניון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נפגשים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הכוונה בצעד ד – דיבור עצמי?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את עצמי מה חשוב לי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בדוגמה עם משחק של 48 שקל, מה הבחירה הכי נבונה?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מיד כי כתוב רק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לעצור, לנשום ולשאול מה חשוב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ללוות כסף 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על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כתוב רק היום על שלט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לעזור לקונים לחסוך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לגרום לקנות מהר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החנות נסגרת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עוזר רק כשקונים דבר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גוף אפשר לשתות מים וללכת קצת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רגש אסור להרגיש מאוכזב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חברה מספרים להורה או לחבר על מה שקרה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שכל חושבים מה אפשר לעשות עכשיו, כמו להחזיר או למכור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דמיון חושבים על הקנייה הקודמת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עש״ן ד״ק הוא צעד שעושים __________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גש״ר מאח״ד עוזר כשכבר __________ וקצת התחרטנו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בערוץ __________ שותים מים והולכים קצת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האות האחרונה בעש״ן ד״ק היא ק, והיא אומרת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בערוץ אמונה ומשמעות אומרים: טעות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ערוצי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חושבים מה אפשר לעשות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אומרים אני מאוכזב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טעות היא שיעור לפעם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שותים מים ונושמים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מדמיינים את הקנייה הבאה בתכנון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מספרים להורה או לחבר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צעדי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שקונים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קדימה עם 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את הגוף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עושים דיבור עצמי ושואלים מה 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– מה הייתי עושה?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מצב שבו רציתם לקנות משהו מהר, ואיך עש״ן ד״ק יכול היה לעזור לכם לעצור ולחשוב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ערוץ אחד מגש״ר מאח״ד וכתבו איך הייתם משתמשים בו אחרי קנייה שהתחרטתם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הדברים הראשונים שעושים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ערוץ אחד מגש״ר מאח״ד והסבירו מה עושים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טוב לעצור לפני שקונים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 – עש״ן ד״ק וגש״ר מאח״ד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