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רגע לפני שקונים – עש״ן ד״ק וגש״ר מאח״ד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צעדי עש״ן ד״ק לפני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ערוצי גש״ר מאח״ד להתמודדות אחרי טעות או אכזבה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קבלת החלטות נבונה בקניות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– עש״ן ד״ק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 –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משחררים את הגוף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נושמים עמוק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– גש״ר מאח״ד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 עוזר כשמתמודדים עם אכזבה או טעות, לא רק בקנייה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בדף תחת הערוץ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מותר להתבאס ולומר אני מאוכזב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לפני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קנינו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– ערוצי גש״ר מאח״ד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(שותים מים ונושמים)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(חושבים מה אפשר לעשות עכשיו)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(אומרים אני מאוכזב)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(טעות היא שיעור לפעם הבאה)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– צעדי עש״ן ד״ק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לפני שקונים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משחררים את הגוף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נושמים עמוק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עושים דיבור עצמי ושואלים מה חשוב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– מה הייתי עושה?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מתאר מצב אישי ומסביר שימוש בלפחות שני צעדים מעש״ן ד״ק (לדוגמה: עצרתי, נשמתי, שאלתי את עצמי מה חשוב)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לתשובה: עוצרים, משחררים, נושמים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ערוץ נכון עם הסבר מתאים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לחשוב אם זה באמת חשוב וכדי לא להתחרט אחר כך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חמשת הצעדים של עש״ן ד״ק בתנועה אמיתית בכיתה, כולל נשימה 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דוגמה אישית קצרה של המורה לפני בקשה מהתלמידים לשתף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המותאמת אפשר להשמיט את הפריטים המסומנים ולהתמקד בזיהוי בסיסי של הצעדים והערוצים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רגע לפני שקונים – עש״ן ד״ק וגש״ר מאח״ד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כשרוצים לקנות משהו בחנות, טוב לעצור רגע ולחשוב לפני שמוציאים כסף. יש שיטה שעוזרת לעצור ולחשוב, ושיטה אחרת שעוזרת אם כבר קנינו וטעינו.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גוף  ·  לפני  ·  קנינו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– 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האות הראשונה בעש״ן ד״ק ומה פירושה?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 – עוצרים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 – שמחים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 – נוסעים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עושים בצעד ש בעש״ן ד״ק?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שואלים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שומרים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משחררים את הגוף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עושים בצעד נ?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נושמים עמוק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נוסעים לקניון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נפגשים עם חברים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 – גש״ר מאח״ד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גש״ר מאח״ד עוזר רק כשקונים דבר חדש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בערוץ גוף אפשר לשתות מים וללכת קצת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בערוץ רגש אסור להרגיש מאוכזב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עש״ן ד״ק הוא צעד שעושים __________ שקונים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גש״ר מאח״ד עוזר כשכבר __________ וקצת התחרטנו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בערוץ __________ שותים מים והולכים קצת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– ערוצי גש״ר מאח״ד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טעות היא שיעור לפעם הבאה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אומרים אני מאוכזב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רגש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שותים מים ונושמים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אמונה ומשמעות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חושבים מה אפשר לעשות עכשיו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– צעדי 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עושים דיבור עצמי ושואלים מה חשוב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נושמים עמוק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משחררים את הגוף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עוצרים לפני שקונים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– מה הייתי עושה?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ספרו על מצב שבו רציתם לקנות משהו מהר, ואיך עש״ן ד״ק יכול היה לעזור לכם לעצור ולחשוב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שלושת הדברים הראשונים שעושים בעש״ן ד״ק?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שם של ערוץ אחד מגש״ר מאח״ד והסבירו מה עושים בו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רגע לפני שקונים – עש״ן ד״ק וגש״ר מאח״ד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